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8E8" w:rsidRDefault="009A38E8" w:rsidP="003C18A6">
      <w:pPr>
        <w:jc w:val="center"/>
        <w:rPr>
          <w:rFonts w:ascii="Open Sans" w:hAnsi="Open Sans" w:cs="Open Sans"/>
          <w:b/>
          <w:color w:val="01A985"/>
          <w:szCs w:val="19"/>
          <w:lang w:val="it-IT"/>
        </w:rPr>
      </w:pPr>
    </w:p>
    <w:p w:rsidR="009A38E8" w:rsidRDefault="009A38E8" w:rsidP="003C18A6">
      <w:pPr>
        <w:jc w:val="center"/>
        <w:rPr>
          <w:rFonts w:ascii="Open Sans" w:hAnsi="Open Sans" w:cs="Open Sans"/>
          <w:b/>
          <w:color w:val="01A985"/>
          <w:szCs w:val="19"/>
          <w:lang w:val="it-IT"/>
        </w:rPr>
      </w:pPr>
    </w:p>
    <w:p w:rsidR="003C18A6" w:rsidRPr="003C18A6" w:rsidRDefault="003C18A6" w:rsidP="003C18A6">
      <w:pPr>
        <w:jc w:val="center"/>
        <w:rPr>
          <w:rFonts w:ascii="Open Sans" w:hAnsi="Open Sans" w:cs="Open Sans"/>
          <w:b/>
          <w:color w:val="01A985"/>
          <w:szCs w:val="19"/>
          <w:lang w:val="it-IT"/>
        </w:rPr>
      </w:pPr>
      <w:r>
        <w:rPr>
          <w:rFonts w:ascii="Open Sans" w:hAnsi="Open Sans" w:cs="Open Sans"/>
          <w:b/>
          <w:color w:val="01A985"/>
          <w:szCs w:val="19"/>
          <w:lang w:val="it-IT"/>
        </w:rPr>
        <w:t xml:space="preserve">ALLEGATO 1 – DOMANDA DI FINANZIAMENTO </w:t>
      </w:r>
    </w:p>
    <w:p w:rsidR="006B6BE7" w:rsidRPr="003C18A6" w:rsidRDefault="003C18A6" w:rsidP="003C18A6">
      <w:pPr>
        <w:pStyle w:val="Titolo2"/>
        <w:jc w:val="both"/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</w:pPr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OGGETTO: ASCEND – </w:t>
      </w:r>
      <w:proofErr w:type="spellStart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Boosting</w:t>
      </w:r>
      <w:proofErr w:type="spellEnd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</w:t>
      </w:r>
      <w:proofErr w:type="spellStart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Adventure</w:t>
      </w:r>
      <w:proofErr w:type="spellEnd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</w:t>
      </w:r>
      <w:proofErr w:type="spellStart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Tourism</w:t>
      </w:r>
      <w:proofErr w:type="spellEnd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</w:t>
      </w:r>
      <w:proofErr w:type="spellStart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SMEs</w:t>
      </w:r>
      <w:proofErr w:type="spellEnd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</w:t>
      </w:r>
      <w:proofErr w:type="spellStart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Competitiveness</w:t>
      </w:r>
      <w:proofErr w:type="spellEnd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and </w:t>
      </w:r>
      <w:proofErr w:type="spellStart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Economic</w:t>
      </w:r>
      <w:proofErr w:type="spellEnd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</w:t>
      </w:r>
      <w:proofErr w:type="spellStart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Development</w:t>
      </w:r>
      <w:proofErr w:type="spellEnd"/>
      <w:r w:rsidRP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. </w:t>
      </w:r>
      <w:r w:rsidRPr="003C18A6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Domanda di finanziamento nell'ambito</w:t>
      </w:r>
      <w:r w:rsid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dell’Avviso Pubblico </w:t>
      </w:r>
      <w:proofErr w:type="spellStart"/>
      <w:r w:rsid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Sub-Grants</w:t>
      </w:r>
      <w:proofErr w:type="spellEnd"/>
      <w:r w:rsidR="005F1589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alle PMI del Turismo d’Avventura.</w:t>
      </w:r>
      <w:r w:rsidRPr="003C18A6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 </w:t>
      </w:r>
      <w:r w:rsidR="00C07E37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CUP: B61G25000300007</w:t>
      </w:r>
    </w:p>
    <w:p w:rsidR="0072480B" w:rsidRDefault="00EB2B4B" w:rsidP="0072480B">
      <w:pPr>
        <w:pStyle w:val="Titolo2"/>
        <w:jc w:val="both"/>
        <w:rPr>
          <w:rFonts w:ascii="Open Sans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B2B4B">
        <w:rPr>
          <w:rFonts w:ascii="Open Sans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Il sottoscritto _________________________________, nato a _________________ il _________________, in </w:t>
      </w:r>
      <w:proofErr w:type="spellStart"/>
      <w:r w:rsidRPr="00EB2B4B">
        <w:rPr>
          <w:rFonts w:ascii="Open Sans" w:hAnsi="Open Sans" w:cs="Open Sans"/>
          <w:b w:val="0"/>
          <w:bCs w:val="0"/>
          <w:color w:val="000000" w:themeColor="text1"/>
          <w:sz w:val="19"/>
          <w:szCs w:val="19"/>
          <w:lang w:val="it-IT"/>
        </w:rPr>
        <w:t>qualità</w:t>
      </w:r>
      <w:proofErr w:type="spellEnd"/>
      <w:r w:rsidRPr="00EB2B4B">
        <w:rPr>
          <w:rFonts w:ascii="Open Sans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di Legale Rappresentante dell'impresa sottoindicata</w:t>
      </w:r>
      <w:r w:rsidR="0072480B">
        <w:rPr>
          <w:rFonts w:ascii="Open Sans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</w:t>
      </w:r>
    </w:p>
    <w:p w:rsidR="0072480B" w:rsidRPr="0072480B" w:rsidRDefault="0072480B" w:rsidP="0072480B">
      <w:pPr>
        <w:rPr>
          <w:lang w:val="it-IT"/>
        </w:rPr>
      </w:pPr>
    </w:p>
    <w:p w:rsidR="0072480B" w:rsidRPr="0072480B" w:rsidRDefault="0072480B" w:rsidP="0072480B">
      <w:pPr>
        <w:jc w:val="center"/>
        <w:rPr>
          <w:b/>
          <w:bCs/>
          <w:lang w:val="it-IT"/>
        </w:rPr>
      </w:pPr>
      <w:r w:rsidRPr="0072480B">
        <w:rPr>
          <w:rFonts w:ascii="Open Sans" w:eastAsiaTheme="majorEastAsia" w:hAnsi="Open Sans" w:cs="Open Sans"/>
          <w:b/>
          <w:bCs/>
          <w:color w:val="000000" w:themeColor="text1"/>
          <w:sz w:val="19"/>
          <w:szCs w:val="19"/>
          <w:lang w:val="it-IT"/>
        </w:rPr>
        <w:t>DICHIARA</w:t>
      </w:r>
    </w:p>
    <w:p w:rsidR="006B6BE7" w:rsidRPr="00022C45" w:rsidRDefault="00A0496A">
      <w:pPr>
        <w:pStyle w:val="Titolo2"/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A. Identificazione del Richiedente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Denominazione legale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Forma giuridica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Numero </w:t>
      </w: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registrazione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Codice fiscale/P.IVA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Paese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Sede legale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Sede operativa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Legale rappresentante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Persona di contatto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Email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3401B5" w:rsidRPr="00022C45" w:rsidRDefault="003401B5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PEC: </w:t>
      </w:r>
    </w:p>
    <w:p w:rsidR="006B6BE7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Telefono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3401B5" w:rsidRPr="00022C45" w:rsidRDefault="003401B5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3401B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Coordinate Bancarie su cui accreditare il contributo: </w:t>
      </w:r>
      <w: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br/>
      </w:r>
      <w:r w:rsidRPr="003401B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o Intestatario del conto: _________________________________________________ </w:t>
      </w:r>
      <w: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br/>
      </w:r>
      <w:r w:rsidRPr="003401B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o Banca / Filiale: _______________________________________________________ </w:t>
      </w:r>
      <w: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br/>
      </w:r>
      <w:r w:rsidRPr="003401B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o IBAN: _________________________________________________________________ </w:t>
      </w:r>
      <w: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br/>
      </w:r>
      <w:r w:rsidRPr="003401B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o Codice SWIFT / BIC: ___________________________________________________</w:t>
      </w:r>
    </w:p>
    <w:p w:rsidR="006B6BE7" w:rsidRPr="00022C45" w:rsidRDefault="00A0496A">
      <w:pPr>
        <w:pStyle w:val="Titolo2"/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B. Informazioni PMI</w:t>
      </w:r>
    </w:p>
    <w:p w:rsidR="006B6BE7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Dimensione PMI</w:t>
      </w:r>
    </w:p>
    <w:p w:rsidR="00EB2B4B" w:rsidRPr="00022C45" w:rsidRDefault="00EB2B4B" w:rsidP="00EB2B4B">
      <w:pPr>
        <w:pStyle w:val="Puntoelenco"/>
        <w:numPr>
          <w:ilvl w:val="0"/>
          <w:numId w:val="0"/>
        </w:numPr>
        <w:ind w:left="36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B2B4B">
        <w:rPr>
          <w:rFonts w:ascii="Segoe UI Symbol" w:eastAsiaTheme="majorEastAsia" w:hAnsi="Segoe UI Symbol" w:cs="Segoe UI Symbol"/>
          <w:color w:val="000000" w:themeColor="text1"/>
          <w:sz w:val="19"/>
          <w:szCs w:val="19"/>
        </w:rPr>
        <w:t>☐</w:t>
      </w:r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 xml:space="preserve"> </w:t>
      </w:r>
      <w:proofErr w:type="spellStart"/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>Microimpresa</w:t>
      </w:r>
      <w:proofErr w:type="spellEnd"/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 xml:space="preserve"> </w:t>
      </w:r>
      <w:r w:rsidRPr="00EB2B4B">
        <w:rPr>
          <w:rFonts w:ascii="Segoe UI Symbol" w:eastAsiaTheme="majorEastAsia" w:hAnsi="Segoe UI Symbol" w:cs="Segoe UI Symbol"/>
          <w:color w:val="000000" w:themeColor="text1"/>
          <w:sz w:val="19"/>
          <w:szCs w:val="19"/>
        </w:rPr>
        <w:t>☐</w:t>
      </w:r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 xml:space="preserve"> </w:t>
      </w:r>
      <w:proofErr w:type="spellStart"/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>Piccola</w:t>
      </w:r>
      <w:proofErr w:type="spellEnd"/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 xml:space="preserve"> </w:t>
      </w:r>
      <w:proofErr w:type="spellStart"/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>impresa</w:t>
      </w:r>
      <w:proofErr w:type="spellEnd"/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 xml:space="preserve"> </w:t>
      </w:r>
      <w:r w:rsidRPr="00EB2B4B">
        <w:rPr>
          <w:rFonts w:ascii="Segoe UI Symbol" w:eastAsiaTheme="majorEastAsia" w:hAnsi="Segoe UI Symbol" w:cs="Segoe UI Symbol"/>
          <w:color w:val="000000" w:themeColor="text1"/>
          <w:sz w:val="19"/>
          <w:szCs w:val="19"/>
        </w:rPr>
        <w:t>☐</w:t>
      </w:r>
      <w:r w:rsidRPr="00EB2B4B">
        <w:rPr>
          <w:rFonts w:ascii="Open Sans" w:eastAsiaTheme="majorEastAsia" w:hAnsi="Open Sans" w:cs="Open Sans"/>
          <w:color w:val="000000" w:themeColor="text1"/>
          <w:sz w:val="19"/>
          <w:szCs w:val="19"/>
        </w:rPr>
        <w:t xml:space="preserve"> Media impresa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Codice ATECO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Attività principale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Anno costituzione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Numero dipendenti/ULA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915A24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915A24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Imprese associate/collegate</w:t>
      </w:r>
      <w:r w:rsidR="006A40BE" w:rsidRPr="00915A24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(se esistenti)</w:t>
      </w:r>
      <w:r w:rsidR="00073CC8" w:rsidRPr="00915A24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Titolo2"/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 xml:space="preserve">C. </w:t>
      </w:r>
      <w:r w:rsidRPr="00022C45">
        <w:rPr>
          <w:rStyle w:val="Enfasigrassetto"/>
          <w:rFonts w:ascii="Open Sans" w:hAnsi="Open Sans" w:cs="Open Sans"/>
          <w:b/>
          <w:bCs/>
          <w:color w:val="000000" w:themeColor="text1"/>
          <w:sz w:val="19"/>
          <w:szCs w:val="19"/>
          <w:lang w:val="it-IT"/>
        </w:rPr>
        <w:t>Sintesi iniziativa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Titolo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Tipologia iniziativa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C572A9" w:rsidRDefault="00C572A9" w:rsidP="00C572A9">
      <w:pPr>
        <w:pStyle w:val="Puntoelenco"/>
        <w:numPr>
          <w:ilvl w:val="0"/>
          <w:numId w:val="0"/>
        </w:numPr>
        <w:ind w:left="360" w:hanging="36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</w:p>
    <w:p w:rsidR="00C572A9" w:rsidRDefault="00C572A9" w:rsidP="00C572A9">
      <w:pPr>
        <w:pStyle w:val="Puntoelenco"/>
        <w:numPr>
          <w:ilvl w:val="0"/>
          <w:numId w:val="0"/>
        </w:numPr>
        <w:ind w:left="360" w:hanging="36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</w:p>
    <w:p w:rsidR="00073CC8" w:rsidRPr="00022C45" w:rsidRDefault="00073CC8" w:rsidP="00073CC8">
      <w:pPr>
        <w:pStyle w:val="Puntoelenco"/>
        <w:numPr>
          <w:ilvl w:val="0"/>
          <w:numId w:val="0"/>
        </w:numPr>
        <w:ind w:left="36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73CC8">
        <w:rPr>
          <w:rFonts w:ascii="Segoe UI Symbol" w:eastAsiaTheme="majorEastAsia" w:hAnsi="Segoe UI Symbol" w:cs="Segoe UI Symbol"/>
          <w:color w:val="000000" w:themeColor="text1"/>
          <w:sz w:val="19"/>
          <w:szCs w:val="19"/>
          <w:lang w:val="it-IT"/>
        </w:rPr>
        <w:t>☐</w:t>
      </w:r>
      <w:r w:rsidRPr="00073CC8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Sviluppo di un nuovo prodotto/esperienza di Turismo d’Avventura</w:t>
      </w:r>
      <w:r w:rsidRPr="00073CC8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br/>
      </w:r>
      <w:r w:rsidRPr="00073CC8">
        <w:rPr>
          <w:rFonts w:ascii="Segoe UI Symbol" w:eastAsiaTheme="majorEastAsia" w:hAnsi="Segoe UI Symbol" w:cs="Segoe UI Symbol"/>
          <w:color w:val="000000" w:themeColor="text1"/>
          <w:sz w:val="19"/>
          <w:szCs w:val="19"/>
          <w:lang w:val="it-IT"/>
        </w:rPr>
        <w:t>☐</w:t>
      </w:r>
      <w:r w:rsidRPr="00073CC8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Miglioramento di un prodotto/esperienza esistente</w:t>
      </w:r>
      <w:r w:rsidRPr="00073CC8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br/>
      </w:r>
      <w:r w:rsidRPr="00073CC8">
        <w:rPr>
          <w:rFonts w:ascii="Segoe UI Symbol" w:eastAsiaTheme="majorEastAsia" w:hAnsi="Segoe UI Symbol" w:cs="Segoe UI Symbol"/>
          <w:color w:val="000000" w:themeColor="text1"/>
          <w:sz w:val="19"/>
          <w:szCs w:val="19"/>
          <w:lang w:val="it-IT"/>
        </w:rPr>
        <w:t>☐</w:t>
      </w:r>
      <w:r w:rsidRPr="00073CC8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Potenziamento di servizi di Turismo d’Avventura</w:t>
      </w:r>
      <w:r w:rsidRPr="00073CC8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br/>
      </w:r>
      <w:r w:rsidRPr="00073CC8">
        <w:rPr>
          <w:rFonts w:ascii="Segoe UI Symbol" w:eastAsiaTheme="majorEastAsia" w:hAnsi="Segoe UI Symbol" w:cs="Segoe UI Symbol"/>
          <w:color w:val="000000" w:themeColor="text1"/>
          <w:sz w:val="19"/>
          <w:szCs w:val="19"/>
          <w:lang w:val="it-IT"/>
        </w:rPr>
        <w:t>☐</w:t>
      </w:r>
      <w:r w:rsidRPr="00073CC8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Sviluppo di un itinerario di Turismo d’Avventura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Area target/localizzazione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:</w:t>
      </w:r>
    </w:p>
    <w:p w:rsidR="006B6BE7" w:rsidRPr="00022C45" w:rsidRDefault="00A0496A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Budget totale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dell’iniziativa:</w:t>
      </w:r>
    </w:p>
    <w:p w:rsidR="008F1017" w:rsidRDefault="00A0496A" w:rsidP="008F1017">
      <w:pPr>
        <w:pStyle w:val="Puntoelenc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022C4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Sovvenzione richiesta (max EUR 10.000</w:t>
      </w:r>
      <w:r w:rsidR="00073CC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):</w:t>
      </w:r>
    </w:p>
    <w:p w:rsidR="00803AE1" w:rsidRPr="0072480B" w:rsidRDefault="00073CC8" w:rsidP="0072480B">
      <w:pPr>
        <w:pStyle w:val="Puntoelenco"/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8F1017">
        <w:rPr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Sintesi dell’offerta/prodotto/servizio di Turismo d’Avventura proposto: </w:t>
      </w:r>
      <w:r w:rsidR="00803AE1" w:rsidRPr="008F1017">
        <w:rPr>
          <w:rFonts w:ascii="Open Sans" w:eastAsiaTheme="majorEastAsia" w:hAnsi="Open Sans" w:cs="Open Sans"/>
          <w:i/>
          <w:iCs/>
          <w:color w:val="000000" w:themeColor="text1"/>
          <w:sz w:val="19"/>
          <w:szCs w:val="19"/>
          <w:lang w:val="it-IT"/>
        </w:rPr>
        <w:t>(descrivere brevemente l’iniziativa, il prodotto o servizio sviluppato/migliorato e i principali elementi distintivi – massimo 1.000 caratteri):</w:t>
      </w:r>
    </w:p>
    <w:p w:rsidR="00803AE1" w:rsidRPr="00231E53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D. Rilevanza e innovazione</w:t>
      </w:r>
      <w:r w:rsidR="00C23B71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</w:t>
      </w:r>
      <w:r w:rsidRPr="00231E53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>(Massimo 1 pagina)</w:t>
      </w:r>
    </w:p>
    <w:p w:rsidR="00803AE1" w:rsidRPr="00231E53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Descrivere:</w:t>
      </w:r>
    </w:p>
    <w:p w:rsidR="00803AE1" w:rsidRPr="00231E53" w:rsidRDefault="00803AE1" w:rsidP="00803AE1">
      <w:pPr>
        <w:numPr>
          <w:ilvl w:val="0"/>
          <w:numId w:val="16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il bisogno, la sfida o il gap di mercato cui l’iniziativa intende rispondere; </w:t>
      </w:r>
    </w:p>
    <w:p w:rsidR="00803AE1" w:rsidRPr="00231E53" w:rsidRDefault="00803AE1" w:rsidP="00803AE1">
      <w:pPr>
        <w:numPr>
          <w:ilvl w:val="0"/>
          <w:numId w:val="16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il contributo agli obiettivi di ASCEND e alla valorizzazione dell’area target; </w:t>
      </w:r>
    </w:p>
    <w:p w:rsidR="00803AE1" w:rsidRPr="00231E53" w:rsidRDefault="00803AE1" w:rsidP="00803AE1">
      <w:pPr>
        <w:numPr>
          <w:ilvl w:val="0"/>
          <w:numId w:val="16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gli elementi innovativi o il miglioramento rispetto all’offerta esistente; </w:t>
      </w:r>
    </w:p>
    <w:p w:rsidR="007353DD" w:rsidRPr="007353DD" w:rsidRDefault="00803AE1" w:rsidP="007353DD">
      <w:pPr>
        <w:numPr>
          <w:ilvl w:val="0"/>
          <w:numId w:val="16"/>
        </w:numPr>
        <w:spacing w:after="0" w:line="240" w:lineRule="auto"/>
        <w:rPr>
          <w:rStyle w:val="Enfasigrassetto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l’utilizzo delle risorse locali, delle conoscenze territoriali o di altre informazioni rilevanti</w:t>
      </w:r>
      <w:r w:rsidR="007353DD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;</w:t>
      </w:r>
    </w:p>
    <w:p w:rsidR="00C23B71" w:rsidRPr="007353DD" w:rsidRDefault="007353DD" w:rsidP="007353DD">
      <w:pPr>
        <w:numPr>
          <w:ilvl w:val="0"/>
          <w:numId w:val="16"/>
        </w:numPr>
        <w:spacing w:before="100" w:beforeAutospacing="1" w:after="100" w:afterAutospacing="1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7353DD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il potenziale di trasferimento, replicabilità, creazione di reti o integrazione in un’offerta transfrontaliera più ampia di turismo d’avventura.</w:t>
      </w:r>
    </w:p>
    <w:p w:rsidR="00803AE1" w:rsidRPr="00231E53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E. Progettazione e attuazione</w:t>
      </w:r>
      <w:r w:rsidR="00C23B71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</w:t>
      </w:r>
      <w:r w:rsidRPr="00231E53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 xml:space="preserve">(Massimo </w:t>
      </w:r>
      <w:r w:rsidR="00552B99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>1</w:t>
      </w:r>
      <w:r w:rsidRPr="00231E53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 xml:space="preserve"> pagin</w:t>
      </w:r>
      <w:r w:rsidR="00552B99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>a</w:t>
      </w:r>
      <w:r w:rsidRPr="00231E53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>)</w:t>
      </w:r>
    </w:p>
    <w:p w:rsidR="00803AE1" w:rsidRPr="00231E53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Descrivere:</w:t>
      </w:r>
    </w:p>
    <w:p w:rsidR="00803AE1" w:rsidRPr="00231E53" w:rsidRDefault="00803AE1" w:rsidP="00803AE1">
      <w:pPr>
        <w:numPr>
          <w:ilvl w:val="0"/>
          <w:numId w:val="17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le attività previste e la metodologia di attuazione; </w:t>
      </w:r>
    </w:p>
    <w:p w:rsidR="00803AE1" w:rsidRPr="00231E53" w:rsidRDefault="00803AE1" w:rsidP="00803AE1">
      <w:pPr>
        <w:numPr>
          <w:ilvl w:val="0"/>
          <w:numId w:val="17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il cronoprogramma e le principali milestone; </w:t>
      </w:r>
    </w:p>
    <w:p w:rsidR="00803AE1" w:rsidRPr="00231E53" w:rsidRDefault="00803AE1" w:rsidP="00803AE1">
      <w:pPr>
        <w:numPr>
          <w:ilvl w:val="0"/>
          <w:numId w:val="17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gli aspetti relativi a sicurezza, gestione dei rischi, accessibilità e stagionalità</w:t>
      </w:r>
      <w:r w:rsidR="00C209D8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.</w:t>
      </w: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</w:t>
      </w:r>
    </w:p>
    <w:p w:rsidR="00803AE1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</w:p>
    <w:p w:rsidR="00803AE1" w:rsidRPr="00231E53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F. Sostenibilità</w:t>
      </w:r>
      <w:r w:rsidR="00C23B71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</w:t>
      </w:r>
      <w:r w:rsidRPr="00231E53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>(Massimo 1 pagina)</w:t>
      </w:r>
    </w:p>
    <w:p w:rsidR="00803AE1" w:rsidRPr="00231E53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Descrivere:</w:t>
      </w:r>
    </w:p>
    <w:p w:rsidR="00803AE1" w:rsidRPr="00231E53" w:rsidRDefault="00803AE1" w:rsidP="00803AE1">
      <w:pPr>
        <w:numPr>
          <w:ilvl w:val="0"/>
          <w:numId w:val="18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la sostenibilità economica e operativa dell’iniziativa dopo la conclusione del finanziamento; </w:t>
      </w:r>
    </w:p>
    <w:p w:rsidR="00803AE1" w:rsidRPr="00231E53" w:rsidRDefault="00803AE1" w:rsidP="00803AE1">
      <w:pPr>
        <w:numPr>
          <w:ilvl w:val="0"/>
          <w:numId w:val="18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i benefici attesi per comunità locali, operatori e visitatori; </w:t>
      </w:r>
    </w:p>
    <w:p w:rsidR="00803AE1" w:rsidRPr="00231E53" w:rsidRDefault="00803AE1" w:rsidP="00803AE1">
      <w:pPr>
        <w:numPr>
          <w:ilvl w:val="0"/>
          <w:numId w:val="18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l’approccio ambientale e la compatibilità con il territorio. </w:t>
      </w:r>
    </w:p>
    <w:p w:rsidR="00803AE1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</w:p>
    <w:p w:rsidR="00803AE1" w:rsidRPr="00C23B71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G. Capacità operativa del Richiedente</w:t>
      </w:r>
      <w:r w:rsidR="00C23B71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</w:t>
      </w:r>
      <w:r w:rsidRPr="00231E53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>(Massimo 1 pagina)</w:t>
      </w:r>
    </w:p>
    <w:p w:rsidR="00803AE1" w:rsidRPr="00231E53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Descrivere:</w:t>
      </w:r>
    </w:p>
    <w:p w:rsidR="00803AE1" w:rsidRPr="00231E53" w:rsidRDefault="00803AE1" w:rsidP="00803AE1">
      <w:pPr>
        <w:numPr>
          <w:ilvl w:val="0"/>
          <w:numId w:val="19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esperienza del Richiedente nel Turismo d’Avventura e/o nel turismo sostenibile; </w:t>
      </w:r>
    </w:p>
    <w:p w:rsidR="00803AE1" w:rsidRPr="00231E53" w:rsidRDefault="00803AE1" w:rsidP="00803AE1">
      <w:pPr>
        <w:numPr>
          <w:ilvl w:val="0"/>
          <w:numId w:val="19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competenze del team coinvolto; </w:t>
      </w:r>
    </w:p>
    <w:p w:rsidR="00803AE1" w:rsidRDefault="00803AE1" w:rsidP="00803AE1">
      <w:pPr>
        <w:numPr>
          <w:ilvl w:val="0"/>
          <w:numId w:val="19"/>
        </w:numPr>
        <w:spacing w:after="0" w:line="240" w:lineRule="auto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231E53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capacità organizzativa, amministrativa e finanziaria per realizzare l’iniziativa. </w:t>
      </w:r>
    </w:p>
    <w:p w:rsidR="00C23B71" w:rsidRPr="00E23595" w:rsidRDefault="00C23B71" w:rsidP="00C23B71">
      <w:pPr>
        <w:spacing w:after="0" w:line="240" w:lineRule="auto"/>
        <w:ind w:left="720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</w:p>
    <w:p w:rsidR="00552B99" w:rsidRPr="00E23595" w:rsidRDefault="00803AE1" w:rsidP="00552B99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H. Piano di attuazione</w:t>
      </w:r>
      <w:r w:rsidR="00552B99" w:rsidRPr="00E23595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 xml:space="preserve"> </w:t>
      </w:r>
      <w:r w:rsidR="00552B99" w:rsidRPr="00E23595">
        <w:rPr>
          <w:rStyle w:val="Enfasigrassetto"/>
          <w:rFonts w:ascii="Open Sans" w:eastAsiaTheme="majorEastAsia" w:hAnsi="Open Sans" w:cs="Open Sans"/>
          <w:b w:val="0"/>
          <w:bCs w:val="0"/>
          <w:i/>
          <w:iCs/>
          <w:color w:val="000000" w:themeColor="text1"/>
          <w:sz w:val="19"/>
          <w:szCs w:val="19"/>
          <w:lang w:val="it-IT"/>
        </w:rPr>
        <w:t>(Massimo 1 pagina)</w:t>
      </w:r>
    </w:p>
    <w:p w:rsidR="00C209D8" w:rsidRPr="00E23595" w:rsidRDefault="00C209D8" w:rsidP="00D36478">
      <w:pPr>
        <w:spacing w:after="0"/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Descrivere le principali attività previste per la realizzazione dell’iniziativa, indicando, per ciascuna di esse, il periodo di attuazione, gli output e i risultati concreti attesi, nonché chiari indicatori di performance dell’investimento. Questi ultimi potranno riguardare: </w:t>
      </w:r>
      <w:r w:rsidR="00F26FC6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il numero di utenti o partecipanti attesi, </w:t>
      </w: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il numero di nuovi prodotti, servizi o esperienze di Turismo d’Avventura sviluppati, i miglioramenti apportati all’offerta esistente, l’incremento della capacità operativa, l’estensione della stagione turistica, l’attivazione di nuove partnership o la creazione di nuove opportunità di lavoro. Per ciascun indicatore dovranno inoltre essere specificati il valore target da raggiungere e le relative fonti di verifica.</w:t>
      </w:r>
    </w:p>
    <w:p w:rsidR="00803AE1" w:rsidRPr="00E23595" w:rsidRDefault="00803AE1" w:rsidP="00803AE1">
      <w:pPr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</w:p>
    <w:p w:rsidR="00803AE1" w:rsidRPr="00E23595" w:rsidRDefault="00803AE1" w:rsidP="00803AE1">
      <w:pPr>
        <w:spacing w:after="0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I. Budget</w:t>
      </w:r>
    </w:p>
    <w:p w:rsidR="000E0C10" w:rsidRDefault="000E0C10" w:rsidP="000E0C10">
      <w:pPr>
        <w:pStyle w:val="Titolo2"/>
        <w:jc w:val="both"/>
        <w:rPr>
          <w:rStyle w:val="Enfasigrassetto"/>
          <w:rFonts w:ascii="Open Sans" w:hAnsi="Open Sans" w:cs="Open Sans"/>
          <w:i/>
          <w:iCs/>
          <w:color w:val="000000" w:themeColor="text1"/>
          <w:sz w:val="19"/>
          <w:szCs w:val="19"/>
          <w:lang w:val="it-IT"/>
        </w:rPr>
      </w:pPr>
      <w:r w:rsidRPr="000E0C10">
        <w:rPr>
          <w:rStyle w:val="Enfasigrassetto"/>
          <w:rFonts w:ascii="Open Sans" w:hAnsi="Open Sans" w:cs="Open Sans"/>
          <w:i/>
          <w:iCs/>
          <w:color w:val="000000" w:themeColor="text1"/>
          <w:sz w:val="19"/>
          <w:szCs w:val="19"/>
          <w:lang w:val="it-IT"/>
        </w:rPr>
        <w:t>Il Richiedente deve allegare il Budget dettagliato dell’iniziativa (Allegato 2 – Budget dettagliato) sia in formato foglio di calcolo editabile (.xlsx), sia in formato PDF sottoscritto digitalmente dal legale rappresentante mediante firma</w:t>
      </w:r>
      <w:r w:rsidR="00C11A7F">
        <w:rPr>
          <w:rStyle w:val="Enfasigrassetto"/>
          <w:rFonts w:ascii="Open Sans" w:hAnsi="Open Sans" w:cs="Open Sans"/>
          <w:i/>
          <w:iCs/>
          <w:color w:val="000000" w:themeColor="text1"/>
          <w:sz w:val="19"/>
          <w:szCs w:val="19"/>
          <w:lang w:val="it-IT"/>
        </w:rPr>
        <w:t xml:space="preserve"> </w:t>
      </w:r>
      <w:r w:rsidRPr="000E0C10">
        <w:rPr>
          <w:rStyle w:val="Enfasigrassetto"/>
          <w:rFonts w:ascii="Open Sans" w:hAnsi="Open Sans" w:cs="Open Sans"/>
          <w:i/>
          <w:iCs/>
          <w:color w:val="000000" w:themeColor="text1"/>
          <w:sz w:val="19"/>
          <w:szCs w:val="19"/>
          <w:lang w:val="it-IT"/>
        </w:rPr>
        <w:t>PAdES.</w:t>
      </w:r>
    </w:p>
    <w:p w:rsidR="0072480B" w:rsidRPr="00E23595" w:rsidRDefault="0072480B" w:rsidP="00B2012E">
      <w:pPr>
        <w:pStyle w:val="Titolo2"/>
        <w:jc w:val="center"/>
        <w:rPr>
          <w:rStyle w:val="Enfasigrassetto"/>
          <w:rFonts w:ascii="Open Sans" w:hAnsi="Open Sans" w:cs="Open Sans"/>
          <w:b/>
          <w:bCs/>
          <w:color w:val="000000" w:themeColor="text1"/>
          <w:sz w:val="20"/>
          <w:szCs w:val="20"/>
          <w:lang w:val="it-IT"/>
        </w:rPr>
      </w:pPr>
      <w:r w:rsidRPr="00E23595">
        <w:rPr>
          <w:rStyle w:val="Enfasigrassetto"/>
          <w:rFonts w:ascii="Open Sans" w:hAnsi="Open Sans" w:cs="Open Sans"/>
          <w:b/>
          <w:bCs/>
          <w:color w:val="000000" w:themeColor="text1"/>
          <w:sz w:val="20"/>
          <w:szCs w:val="20"/>
          <w:lang w:val="it-IT"/>
        </w:rPr>
        <w:t>CHIEDE</w:t>
      </w:r>
    </w:p>
    <w:p w:rsidR="0072480B" w:rsidRPr="00E23595" w:rsidRDefault="0072480B" w:rsidP="0072480B">
      <w:p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l’ammissione alle sovvenzioni previste dall’Avviso Pubblico "</w:t>
      </w:r>
      <w:r w:rsidRPr="00E23595">
        <w:rPr>
          <w:lang w:val="it-IT"/>
        </w:rPr>
        <w:t xml:space="preserve"> </w:t>
      </w: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SUB-GRANTS ALLE PMI DEL TURISMO D'AVVENTURA" per un importo di contributo richiesto pari a € ___________________ (Max € 10.000,00), a copertura del 100% delle spese ammissibili preventivate.</w:t>
      </w:r>
    </w:p>
    <w:p w:rsidR="0072480B" w:rsidRPr="00E23595" w:rsidRDefault="0072480B" w:rsidP="0072480B">
      <w:pPr>
        <w:jc w:val="center"/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DICHIARA</w:t>
      </w:r>
    </w:p>
    <w:p w:rsidR="0072480B" w:rsidRPr="00E23595" w:rsidRDefault="0072480B" w:rsidP="00FA48C9">
      <w:p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C07E37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Ai sensi degli artt. 46 e 47 del D.P.R. 445/2000</w:t>
      </w:r>
      <w:r w:rsidR="00FA48C9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, </w:t>
      </w:r>
      <w:r w:rsidR="00FA48C9" w:rsidRPr="00FA48C9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consapevole delle sanzioni penali previste dall’art. 76 del D.P.R. 28 dicembre 2000, n. 445 in caso di dichiarazioni mendaci, falsità negli atti e uso di atti falsi, nonché della decadenza dai benefici eventualmente conseguenti al provvedimento emanato sulla base di dichiarazioni non veritiere ai sensi dell’art. 75 del medesimo D.P.R</w:t>
      </w:r>
      <w:r w:rsidR="00FA48C9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. :</w:t>
      </w:r>
    </w:p>
    <w:p w:rsidR="0072480B" w:rsidRPr="00E23595" w:rsidRDefault="0072480B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accettare integralmente e senza riserva alcuna tutte le condizioni, i termini e le prescrizioni contenute nell’Avviso Pubblico e nei suoi allegati.</w:t>
      </w:r>
    </w:p>
    <w:p w:rsidR="000A0F1E" w:rsidRPr="00E23595" w:rsidRDefault="000A0F1E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possedere lo status di micro, piccola o media impresa (PMI) ai sensi della Raccomandazione 2003/361/CE e della normativa applicabile.</w:t>
      </w:r>
    </w:p>
    <w:p w:rsidR="000A0F1E" w:rsidRPr="00E23595" w:rsidRDefault="000A0F1E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svolgere un'attività economica coerente con il Turismo d’Avventura e con l’iniziativa proposta.</w:t>
      </w:r>
    </w:p>
    <w:p w:rsidR="000A0F1E" w:rsidRPr="00E23595" w:rsidRDefault="000A0F1E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Di essere regolarmente iscritto al </w:t>
      </w:r>
      <w:r w:rsidR="00A50F7D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Registro delle Imprese competente.</w:t>
      </w:r>
    </w:p>
    <w:p w:rsidR="000A0F1E" w:rsidRPr="00E23595" w:rsidRDefault="00657A51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657A51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non trovarsi in stato di liquidazione, di non essere sottoposto a liquidazione giudiziale, concordato preventivo o altra procedura concorsuale o d’insolvenza equivalente prevista dalla normativa applicabile e di non essere un’impresa in difficoltà ai sensi dell’articolo 2, punto 18, del Regolamento (UE) n. 651/2014</w:t>
      </w:r>
      <w:r w:rsidR="000A0F1E"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.</w:t>
      </w:r>
    </w:p>
    <w:p w:rsidR="00657A51" w:rsidRDefault="00657A51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657A51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essere in regola con gli obblighi fiscali, contributivi e assistenziali, di operare nel rispetto dei contratti collettivi nazionali e territoriali di lavoro applicabili e</w:t>
      </w:r>
      <w: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</w:t>
      </w:r>
      <w:r w:rsidRPr="00657A51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con gli adempimenti nei confronti di INPS e INAIL.</w:t>
      </w:r>
    </w:p>
    <w:p w:rsidR="000A0F1E" w:rsidRPr="00E23595" w:rsidRDefault="00E23595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rispettare la normativa applicabile in materia di tutela dell’ambiente, salute e sicurezza sul lavoro e</w:t>
      </w:r>
      <w:r w:rsidR="00FF0416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</w:t>
      </w: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le disposizioni del D.Lgs. 3 aprile 2006, n. 152 e del D.Lgs. 9 aprile 2008, n. </w:t>
      </w:r>
      <w:r w:rsidR="00DD6DD6"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81.</w:t>
      </w:r>
    </w:p>
    <w:p w:rsidR="000A0F1E" w:rsidRPr="00E23595" w:rsidRDefault="000A0F1E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Che le spese oggetto della richiesta di sovvenzione non saranno finanziate due volte mediante altre fonti pubbliche o private.</w:t>
      </w:r>
    </w:p>
    <w:p w:rsidR="000A0F1E" w:rsidRPr="00E23595" w:rsidRDefault="000A0F1E" w:rsidP="000A0F1E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accettare gli obblighi previsti dall’Avviso Pubblico e dall’Accordo di Sovvenzione.</w:t>
      </w:r>
    </w:p>
    <w:p w:rsidR="00915A24" w:rsidRPr="00E23595" w:rsidRDefault="0072480B" w:rsidP="0072480B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Che le informazioni fornite nella presente domanda e negli allegati sono veritiere e corrette.</w:t>
      </w:r>
    </w:p>
    <w:p w:rsidR="00E23595" w:rsidRPr="00E23595" w:rsidRDefault="0072480B" w:rsidP="00E23595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Di aver preso visione dell'informativa di cui all'Avviso Pubblico e </w:t>
      </w:r>
      <w:r w:rsidR="00183080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autorizzare</w:t>
      </w: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 il Concedente al trattamento dei dati personali conferiti con la presente domanda, anche con strumenti informatici, per le finalità connesse alla gestione del bando, agli obblighi di pubblicità e ai controlli previsti dal Programma Interreg IPA South Adriatic 2021/2027 e dal Regolamento (UE) 2016/679 (GDPR)</w:t>
      </w:r>
      <w:r w:rsidR="00E23595"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.</w:t>
      </w:r>
    </w:p>
    <w:p w:rsidR="00E23595" w:rsidRPr="00E23595" w:rsidRDefault="00E23595" w:rsidP="00E23595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non essere destinatario di un ordine di recupero pendente relativo ad aiuti pubblici dichiarati illegali o incompatibili con il mercato interno.</w:t>
      </w:r>
    </w:p>
    <w:p w:rsidR="00E23595" w:rsidRDefault="00E23595" w:rsidP="00E23595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non essere sottoposto a misure cautelari o a sanzioni interdittive che comportino il divieto di contrarre con la Pubblica Amministrazione o di ottenere agevolazioni, finanziamenti, contributi o sussidi pubblici, incluse quelle previste dall’articolo 9, comma 2, del D.Lgs. 8 giugno 2001, n. 231.</w:t>
      </w:r>
    </w:p>
    <w:p w:rsidR="00C572A9" w:rsidRDefault="00C572A9" w:rsidP="00C572A9">
      <w:pPr>
        <w:pStyle w:val="Paragrafoelenco"/>
        <w:ind w:left="360"/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</w:p>
    <w:p w:rsidR="00C572A9" w:rsidRPr="00E23595" w:rsidRDefault="00C572A9" w:rsidP="00C572A9">
      <w:pPr>
        <w:pStyle w:val="Paragrafoelenco"/>
        <w:ind w:left="360"/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</w:p>
    <w:p w:rsidR="00E23595" w:rsidRPr="00E23595" w:rsidRDefault="00E23595" w:rsidP="00E23595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Che nei confronti dell’impresa, del titolare, del legale rappresentante e degli altri soggetti rilevanti non sussistono cause di divieto, decadenza o sospensione previste dal D.Lgs. 6 settembre 2011, n. 159. </w:t>
      </w:r>
    </w:p>
    <w:p w:rsidR="00E23595" w:rsidRPr="00E23595" w:rsidRDefault="00E23595" w:rsidP="00E23595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non essere destinatario di condanne o provvedimenti definitivi che comportino l’incapacità di contrarre con la Pubblica Amministrazione o il divieto di ricevere agevolazioni pubbliche.</w:t>
      </w:r>
    </w:p>
    <w:p w:rsidR="00C46C4D" w:rsidRPr="00E23595" w:rsidRDefault="0072480B" w:rsidP="00C46C4D">
      <w:pPr>
        <w:pStyle w:val="Paragrafoelenco"/>
        <w:numPr>
          <w:ilvl w:val="0"/>
          <w:numId w:val="21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Di allegare</w:t>
      </w:r>
      <w:r w:rsidR="00C46C4D" w:rsidRPr="00E23595">
        <w:rPr>
          <w:lang w:val="it-IT"/>
        </w:rPr>
        <w:t xml:space="preserve"> </w:t>
      </w:r>
      <w:r w:rsidR="00C46C4D"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la seguente documentazione così come descritta all’art. 8, comma 1, dell’Avviso Pubblico:</w:t>
      </w:r>
    </w:p>
    <w:p w:rsidR="00AF3BFF" w:rsidRDefault="00AF3BFF" w:rsidP="00915A24">
      <w:pPr>
        <w:pStyle w:val="Paragrafoelenco"/>
        <w:numPr>
          <w:ilvl w:val="0"/>
          <w:numId w:val="20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 xml:space="preserve">Allegato 2 - </w:t>
      </w:r>
      <w:r w:rsidRPr="00AF3BFF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Budget dettagliato, da trasmettere sia in formato foglio di calcolo editabile (.xlsx), sia in formato PDF sottoscritto digitalmente dal legale rappresentante mediante firma PAdES.</w:t>
      </w:r>
    </w:p>
    <w:p w:rsidR="0072480B" w:rsidRPr="00E23595" w:rsidRDefault="00C46C4D" w:rsidP="00915A24">
      <w:pPr>
        <w:pStyle w:val="Paragrafoelenco"/>
        <w:numPr>
          <w:ilvl w:val="0"/>
          <w:numId w:val="20"/>
        </w:numPr>
        <w:jc w:val="both"/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  <w:r w:rsidRPr="00E23595"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  <w:t>Documento di identità in corso di validità del legale rappresentante</w:t>
      </w:r>
    </w:p>
    <w:p w:rsidR="00B8695A" w:rsidRDefault="00B8695A">
      <w:pP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</w:p>
    <w:p w:rsidR="0029566E" w:rsidRDefault="0029566E" w:rsidP="0029566E">
      <w:pPr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29566E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t>Luogo e data: ______________________________</w:t>
      </w:r>
      <w:r w:rsidRPr="0029566E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br/>
      </w:r>
    </w:p>
    <w:p w:rsidR="0029566E" w:rsidRPr="0029566E" w:rsidRDefault="0029566E" w:rsidP="0029566E">
      <w:pPr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</w:pPr>
      <w:r w:rsidRPr="0029566E">
        <w:rPr>
          <w:rStyle w:val="Enfasigrassetto"/>
          <w:rFonts w:ascii="Open Sans" w:eastAsiaTheme="majorEastAsia" w:hAnsi="Open Sans" w:cs="Open Sans"/>
          <w:color w:val="000000" w:themeColor="text1"/>
          <w:sz w:val="19"/>
          <w:szCs w:val="19"/>
          <w:lang w:val="it-IT"/>
        </w:rPr>
        <w:br/>
        <w:t>Firma del Legale Rappresentante: ______________________________</w:t>
      </w:r>
    </w:p>
    <w:p w:rsidR="00B8695A" w:rsidRPr="00B8695A" w:rsidRDefault="00B8695A">
      <w:pPr>
        <w:rPr>
          <w:rStyle w:val="Enfasigrassetto"/>
          <w:rFonts w:ascii="Open Sans" w:eastAsiaTheme="majorEastAsia" w:hAnsi="Open Sans" w:cs="Open Sans"/>
          <w:b w:val="0"/>
          <w:bCs w:val="0"/>
          <w:color w:val="000000" w:themeColor="text1"/>
          <w:sz w:val="19"/>
          <w:szCs w:val="19"/>
          <w:lang w:val="it-IT"/>
        </w:rPr>
      </w:pPr>
    </w:p>
    <w:sectPr w:rsidR="00B8695A" w:rsidRPr="00B8695A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96A" w:rsidRDefault="00A0496A" w:rsidP="003C18A6">
      <w:pPr>
        <w:spacing w:after="0" w:line="240" w:lineRule="auto"/>
      </w:pPr>
      <w:r>
        <w:separator/>
      </w:r>
    </w:p>
  </w:endnote>
  <w:endnote w:type="continuationSeparator" w:id="0">
    <w:p w:rsidR="00A0496A" w:rsidRDefault="00A0496A" w:rsidP="003C1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96A" w:rsidRDefault="00A0496A" w:rsidP="003C18A6">
      <w:pPr>
        <w:spacing w:after="0" w:line="240" w:lineRule="auto"/>
      </w:pPr>
      <w:r>
        <w:separator/>
      </w:r>
    </w:p>
  </w:footnote>
  <w:footnote w:type="continuationSeparator" w:id="0">
    <w:p w:rsidR="00A0496A" w:rsidRDefault="00A0496A" w:rsidP="003C1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A6" w:rsidRDefault="003C18A6">
    <w:pPr>
      <w:pStyle w:val="Intestazione"/>
    </w:pPr>
    <w:r>
      <w:rPr>
        <w:noProof/>
        <w:lang w:val="it-IT" w:eastAsia="it-IT"/>
      </w:rPr>
      <w:drawing>
        <wp:inline distT="0" distB="0" distL="0" distR="0">
          <wp:extent cx="2400300" cy="876391"/>
          <wp:effectExtent l="0" t="0" r="0" b="0"/>
          <wp:docPr id="9550378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037859" name="Immagine 9550378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580" cy="884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A38E8">
      <w:rPr>
        <w:noProof/>
        <w:lang w:val="it-IT" w:eastAsia="it-IT"/>
      </w:rPr>
      <w:drawing>
        <wp:inline distT="0" distB="0" distL="0" distR="0">
          <wp:extent cx="2165350" cy="621665"/>
          <wp:effectExtent l="1905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62166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0129D9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7372726"/>
    <w:multiLevelType w:val="multilevel"/>
    <w:tmpl w:val="4C72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067D7"/>
    <w:multiLevelType w:val="multilevel"/>
    <w:tmpl w:val="F8F45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101959"/>
    <w:multiLevelType w:val="multilevel"/>
    <w:tmpl w:val="442A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5A7786"/>
    <w:multiLevelType w:val="hybridMultilevel"/>
    <w:tmpl w:val="4738B4C2"/>
    <w:lvl w:ilvl="0" w:tplc="B3100E92">
      <w:start w:val="4"/>
      <w:numFmt w:val="bullet"/>
      <w:lvlText w:val=""/>
      <w:lvlJc w:val="left"/>
      <w:pPr>
        <w:ind w:left="772" w:hanging="360"/>
      </w:pPr>
      <w:rPr>
        <w:rFonts w:ascii="Symbol" w:eastAsia="Open Sans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3">
    <w:nsid w:val="32F23511"/>
    <w:multiLevelType w:val="hybridMultilevel"/>
    <w:tmpl w:val="110E896A"/>
    <w:lvl w:ilvl="0" w:tplc="B3100E92">
      <w:start w:val="4"/>
      <w:numFmt w:val="bullet"/>
      <w:lvlText w:val=""/>
      <w:lvlJc w:val="left"/>
      <w:pPr>
        <w:ind w:left="720" w:hanging="360"/>
      </w:pPr>
      <w:rPr>
        <w:rFonts w:ascii="Symbol" w:eastAsia="Open Sans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4807DF"/>
    <w:multiLevelType w:val="multilevel"/>
    <w:tmpl w:val="6BA8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194059"/>
    <w:multiLevelType w:val="multilevel"/>
    <w:tmpl w:val="CED6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62066A"/>
    <w:multiLevelType w:val="multilevel"/>
    <w:tmpl w:val="7EBC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B1291D"/>
    <w:multiLevelType w:val="hybridMultilevel"/>
    <w:tmpl w:val="EE34CA7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4E4452"/>
    <w:multiLevelType w:val="multilevel"/>
    <w:tmpl w:val="8B3C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9473D5"/>
    <w:multiLevelType w:val="multilevel"/>
    <w:tmpl w:val="1594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A67A52"/>
    <w:multiLevelType w:val="multilevel"/>
    <w:tmpl w:val="E9D4E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BD585E"/>
    <w:multiLevelType w:val="multilevel"/>
    <w:tmpl w:val="C5B8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8"/>
  </w:num>
  <w:num w:numId="12">
    <w:abstractNumId w:val="18"/>
  </w:num>
  <w:num w:numId="13">
    <w:abstractNumId w:val="16"/>
  </w:num>
  <w:num w:numId="14">
    <w:abstractNumId w:val="20"/>
  </w:num>
  <w:num w:numId="15">
    <w:abstractNumId w:val="9"/>
  </w:num>
  <w:num w:numId="16">
    <w:abstractNumId w:val="10"/>
  </w:num>
  <w:num w:numId="17">
    <w:abstractNumId w:val="15"/>
  </w:num>
  <w:num w:numId="18">
    <w:abstractNumId w:val="21"/>
  </w:num>
  <w:num w:numId="19">
    <w:abstractNumId w:val="19"/>
  </w:num>
  <w:num w:numId="20">
    <w:abstractNumId w:val="12"/>
  </w:num>
  <w:num w:numId="21">
    <w:abstractNumId w:val="17"/>
  </w:num>
  <w:num w:numId="22">
    <w:abstractNumId w:val="13"/>
  </w:num>
  <w:num w:numId="23">
    <w:abstractNumId w:val="14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22C45"/>
    <w:rsid w:val="00034616"/>
    <w:rsid w:val="0006063C"/>
    <w:rsid w:val="00073CC8"/>
    <w:rsid w:val="000A0F1E"/>
    <w:rsid w:val="000D75DD"/>
    <w:rsid w:val="000E0C10"/>
    <w:rsid w:val="000E4CAB"/>
    <w:rsid w:val="000F408F"/>
    <w:rsid w:val="0015074B"/>
    <w:rsid w:val="00183080"/>
    <w:rsid w:val="001861F9"/>
    <w:rsid w:val="001C1088"/>
    <w:rsid w:val="00277D1E"/>
    <w:rsid w:val="002878A9"/>
    <w:rsid w:val="00291F70"/>
    <w:rsid w:val="0029566E"/>
    <w:rsid w:val="0029639D"/>
    <w:rsid w:val="00326F90"/>
    <w:rsid w:val="003401B5"/>
    <w:rsid w:val="003B4841"/>
    <w:rsid w:val="003C18A6"/>
    <w:rsid w:val="003C483A"/>
    <w:rsid w:val="00477DFF"/>
    <w:rsid w:val="00552B99"/>
    <w:rsid w:val="00572024"/>
    <w:rsid w:val="005F1589"/>
    <w:rsid w:val="005F79AF"/>
    <w:rsid w:val="006469B2"/>
    <w:rsid w:val="00657A51"/>
    <w:rsid w:val="006743D5"/>
    <w:rsid w:val="006A40BE"/>
    <w:rsid w:val="006B42B6"/>
    <w:rsid w:val="006B6BE7"/>
    <w:rsid w:val="00716DC4"/>
    <w:rsid w:val="0072480B"/>
    <w:rsid w:val="007353DD"/>
    <w:rsid w:val="007B5055"/>
    <w:rsid w:val="007C1511"/>
    <w:rsid w:val="00803AE1"/>
    <w:rsid w:val="00835EFF"/>
    <w:rsid w:val="00862967"/>
    <w:rsid w:val="008F1017"/>
    <w:rsid w:val="008F30CD"/>
    <w:rsid w:val="00915A24"/>
    <w:rsid w:val="009A38E8"/>
    <w:rsid w:val="009D7207"/>
    <w:rsid w:val="009E6392"/>
    <w:rsid w:val="00A00438"/>
    <w:rsid w:val="00A0496A"/>
    <w:rsid w:val="00A50F7D"/>
    <w:rsid w:val="00AA1D8D"/>
    <w:rsid w:val="00AE7974"/>
    <w:rsid w:val="00AF3BFF"/>
    <w:rsid w:val="00B2012E"/>
    <w:rsid w:val="00B21FDD"/>
    <w:rsid w:val="00B23196"/>
    <w:rsid w:val="00B47730"/>
    <w:rsid w:val="00B71572"/>
    <w:rsid w:val="00B8695A"/>
    <w:rsid w:val="00C07E37"/>
    <w:rsid w:val="00C11A7F"/>
    <w:rsid w:val="00C14227"/>
    <w:rsid w:val="00C209D8"/>
    <w:rsid w:val="00C23B71"/>
    <w:rsid w:val="00C46C4D"/>
    <w:rsid w:val="00C572A9"/>
    <w:rsid w:val="00CB0664"/>
    <w:rsid w:val="00D36478"/>
    <w:rsid w:val="00D840CF"/>
    <w:rsid w:val="00DB6A7B"/>
    <w:rsid w:val="00DD6DD6"/>
    <w:rsid w:val="00E042BC"/>
    <w:rsid w:val="00E15BB2"/>
    <w:rsid w:val="00E23595"/>
    <w:rsid w:val="00E30CBD"/>
    <w:rsid w:val="00EB2B4B"/>
    <w:rsid w:val="00EE49D0"/>
    <w:rsid w:val="00F26FC6"/>
    <w:rsid w:val="00FA48C9"/>
    <w:rsid w:val="00FC693F"/>
    <w:rsid w:val="00FF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e">
    <w:name w:val="Revision"/>
    <w:hidden/>
    <w:uiPriority w:val="99"/>
    <w:semiHidden/>
    <w:rsid w:val="006A40BE"/>
    <w:pPr>
      <w:spacing w:after="0" w:line="240" w:lineRule="auto"/>
    </w:pPr>
    <w:rPr>
      <w:sz w:val="20"/>
    </w:rPr>
  </w:style>
  <w:style w:type="paragraph" w:styleId="NormaleWeb">
    <w:name w:val="Normal (Web)"/>
    <w:basedOn w:val="Normale"/>
    <w:uiPriority w:val="99"/>
    <w:semiHidden/>
    <w:unhideWhenUsed/>
    <w:rsid w:val="00E2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2359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8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79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3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16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3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7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2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0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7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7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2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094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7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EB10B7-3D97-4F2A-864A-742F7B5CF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1199</Words>
  <Characters>6836</Characters>
  <Application>Microsoft Office Word</Application>
  <DocSecurity>0</DocSecurity>
  <Lines>56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8019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fconvertini</cp:lastModifiedBy>
  <cp:revision>52</cp:revision>
  <dcterms:created xsi:type="dcterms:W3CDTF">2026-09-21T07:00:00Z</dcterms:created>
  <dcterms:modified xsi:type="dcterms:W3CDTF">2026-10-19T16:02:00Z</dcterms:modified>
  <cp:category/>
</cp:coreProperties>
</file>